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חלקי גוף ומונחי 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שמירה על הגוף בריא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מבנה משפט פשוט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אוכל טוב, תנועה ושינה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לשתות יותר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אוכל טוב זה פירות, ירקות ומים, לא רק ממתקים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אוזן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(החלק העליון של הגוף)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(החלק באמצע הגוף)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(משמשות ללעיסה, מצחצחים אותן)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למדנו בשיעור מדע איך לשמור על הגוף בריא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המורה אמרה שיש שלושה דברים חשובים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בסוף השיעור כל תלמיד כתב הבטחה קטנה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הבטחה לבריאות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הבטחה ברורה (למשל לישון מוקדם) והסבר קצר למה זה טוב לבריאות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אוכל טוב, תנועה ושינה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בערך עשר 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אשתה יותר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ולבקש מהתלמידים לסמן מילות אוצר מילים שהם מכירים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להשתמש בתמונות או סמלים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אפשר לדלג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 מספר על שיעור מדע שבו למדו איך לשמור על הגוף בריא: אוכל טוב, תנועה ושינה. בדף הזה נתרגל את המילים והרעיונות מהטקסט.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עין  ·  אוזן  ·  רגל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שלושת הדברים החשובים שהמורה אמרה?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אוכל טוב, תנועה ושינה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ממתקים, טלוויזיה ומשחקים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ספרים, מחברות ועפרונות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ההבטחה של הכותב בסוף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לרוץ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לשתות יותר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לישון מוקדם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אוכל טוב זה רק ממתקים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תנועה זה לרוץ, לרקוד, לשחות או לשחק בכדור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רואה עם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אני שומע עם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אני הולך עם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רֹאשׁ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משמשות ללעיסה, מצחצחים אותן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בֶּטֶן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החלק העליון של הגוף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שִׁינַּיִים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החלק באמצע הגוף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המורה אמרה שיש שלושה דברים חשובים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בסוף השיעור כל תלמיד כתב הבטחה קטנה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למדנו בשיעור מדע איך לשמור על הגוף בריא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הבטחה לבריאות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הבטחה אחת לבריאות שלכם, ולמה היא חשובה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שלושת הדברים החשובים לבריאות הגוף?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שעות ילדים צריכים לישון?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גוף ובריאות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