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חלקי גוף ומונחי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שמירה על הגוף בריא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לשתות יותר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לפני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אוכל טוב זה פירות, ירקות ומים, לא רק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שזה חלק מהבריאות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העליון של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(החלק באמצע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(משמשות ללעיסה, מצחצחים אותן)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(עוזר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(לוקחים אותה כשחולים)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למדנו בשיעור מדע איך לשמור על הגוף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אמרה שיש שלושה 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 השיעור כל תלמיד כתב הבטחה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 כתבתי שאשתה יותר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הבטחה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הבטחה ברורה (למשל לישון מוקדם) והסבר קצר למה זה טוב לבריאות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 טוב, תנועה ושינה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עשר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אשתה יותר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לסמן מילות אוצר מילים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להשתמש בתמונות או סמלים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איך שומרים על הגוף בריא: לאכול טוב, לזוז ולישון. נתרגל את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רֹאשׁ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הגוף שכותבים ואוכלים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הגוף שהולכים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כּוֹאֵב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לא טוב, יש כאב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רוֹפֵא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שעוזר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תְּרוּפָה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שלוקחים כשחולים כדי להרגיש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לִישׁוֹן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לנוח בלילה עם עיניים סגורות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בָּרִיא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חולה, הגוף במצב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המורה אמרה שחשוב לגוף?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ממתקים, טלוויזיה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ספרים, מחברות ועפרונות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שינה צריך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הכותב הבטיח לעצמו?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יותר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מצחצחים שיניים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שוטפים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טוב זה רק ממתקים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זה לרוץ, לרקוד, לשחות או לשחק בכדור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צריכים לישון שלוש שעות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היה שיעור מדע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צחצוח שיניים לא חשוב לבריאות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רואה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שומע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הולך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כותב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כשחולים הולכים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אני הולך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רֹאשׁ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משמשות ללעיסה, מצחצחים אותן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העליון של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רוֹפֵא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לוקחים אותה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תְּרוּפָה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באמצע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אמרה שיש שלושה דברים חשובים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למדנו בשיעור מדע איך לשמור על הגוף בריא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כתבתי שאשתה יותר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השיעור כל תלמיד כתב הבטחה קטנה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הבטחה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הבטחה אחת לבריאות שלכם,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הדברים החשובים לבריאות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שעות ילדים צריכים לישון?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ההבטחה של הכותב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