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חלקי גוף ומונחי 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שמירה על הגוף בריא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מבנה משפט פשוט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אוכל טוב, תנועה ושינה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בערך עשר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לשתות יותר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לפני האוכל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אוכל טוב זה פירות, ירקות ומים, לא רק ממתקים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הטקסט אומר בערך עשר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בתחילת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אומר שזה חלק מהבריאות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אוזן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לישון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(החלק העליון של הגוף)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(החלק באמצע הגוף)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(משמשות ללעיסה, מצחצחים אותן)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(עוזר כשחולים)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(לוקחים אותה כשחולים)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למדנו בשיעור מדע איך לשמור על הגוף בריא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המורה אמרה שיש שלושה דברים חשובים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בסוף השיעור כל תלמיד כתב הבטחה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אני כתבתי שאשתה יותר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הבטחה לבריאות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הבטחה ברורה (למשל לישון מוקדם) והסבר קצר למה זה טוב לבריאות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אוכל טוב, תנועה ושינה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בערך עשר 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אשתה יותר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ולבקש מהתלמידים לסמן מילות אוצר מילים שהם 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להשתמש בתמונות או סמלים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מספר על שיעור מדע שבו למדו איך לשמור על הגוף בריא: אוכל טוב, תנועה ושינה. בדף הזה נתרגל את המילים והרעיונות מהטקסט.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שלושת הדברים החשובים שהמורה אמרה?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 טוב, תנועה ושינה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ממתקים, טלוויזיה ומשחקים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ספרים, מחברות ועפרונות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כדורגל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שעות צריכים ילדים לישון בלילה?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חמש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בערך עשר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עשרים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ההבטחה של הכותב בסוף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לשתות יותר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לישון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לאכול 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פעמים ביום צריך לצחצח שיניים?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צריך לשטוף ידיים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השינה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בבוקר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פעם בשבוע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 טוב זה רק ממתקים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זה לרוץ, לרקוד, לשחות או לשחק בכדור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ילדים צריכים לישון שלוש שעות בלילה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השיעור היה שיעור מדע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צחצוח שיניים לא חשוב לבריאות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רואה עם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שומע עם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אני הולך עם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כותב עם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כשחולים הולכים אל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בלילה אני הולך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רֹאשׁ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משמשות ללעיסה, מצחצחים אותן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בֶּטֶן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עוזר כשחולים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שִׁינַּיִים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לוקחים אותה כשחולים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רוֹפֵא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החלק העליון של הגוף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תְּרוּפָה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החלק באמצע הגוף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 כתבתי שאשתה יותר 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השיעור כל תלמיד כתב הבטחה קטנה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למדנו בשיעור מדע איך לשמור על הגוף בריא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אמרה שיש שלושה דברים חשובים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הבטחה לבריאות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הבטחה אחת לבריאות שלכם, ולמה היא חשובה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שלושת הדברים החשובים לבריאות הגוף?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שעות ילדים צריכים לישון?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ההבטחה של הכותב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גוף ובריאות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